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אנטארקטיקה – יומן 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מתוך יומן מסע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אנטארקטיקה, קרחונים ופינגווינים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לקוטב הדרומי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מעיל עבה, כפפות וכובע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ביומן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באף שלה היה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פינגווינים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הפריט להסבר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חום הגוף בקור)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(מחממות את הידיים)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 קרח ענק שצף 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חושי עשיר, שימוש במילים מהיומן (קרחון, פינגווינים, קור), משפטים 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שמראות הבנה של הטקסט: פינגווינים על החוף, קיץ עם שמש שלא שוקעת, בגדים חמים כמו מעיל וכפפות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היומן בקול לפני מילוי הדף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להיעזר במילון המושגים שבראש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את הכתיבה שלהם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אנטארקטיקה – יומן 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קראנו יומן מסע של נוגה שהגיעה באונייה לאנטארקטיקה. בדף הזה נתרגל את מה שלמדנו על הקרח, הפינגווינים והקיץ המיוחד שיש 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קיץ  ·  סיפון  ·  פינגווינים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כתבה את יומן המסע שקראנו?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המדריכה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לבשה נוגה כשעמדה על הסיפון?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מעיל עבה, כפפות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חולצה קצרה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הספינה הגיעה לאנטארקטיקה ביום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הפינגווינים הלכו בשורה על החוף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לנוגה היה קר רק בידיים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נוגה עמדה על ה__________ עם מעיל עבה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מאות __________ הלכו בשורה על החוף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עכשיו __________ באנטארקטיקה, והשמש כמעט לא שוקעת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הפריט להסבר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מעיל עבה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 קרח ענק שצף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כפפות חמות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על חום הגוף בקור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מחממות את הידיים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יום דמיוני שלכם באנטארקטיקה - מה הייתם רואים, מרגישים ולובשים?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ראינו על החוף באנטארקטיקה?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היה אור בחוץ גם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אנטארקטיקה – יומן 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