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אנטארקטיקה – יומן 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מתוך יומן מסע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אנטארקטיקה, קרחונים ופינגווינים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לקוטב הדרומי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מעיל עבה, כפפות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נמצא מתחת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אחד אחרי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עכשיו קיץ והשמש כמעט לא שוקעת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ביומן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 הקרחון מסתתר מתחת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באף שלה היה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בסוף היומן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פינגווינים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הפריט להסבר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חום הגוף בקור)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(מחממות את הידיים)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(מגנות מהאור החזק שמחזיר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 קרח ענק שצף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שבו מדענים חוקרים את הקוטב)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חושי עשיר, שימוש במילים מהיומן (קרחון, פינגווינים, קור), משפטים 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הקשורה לגודל ולצפיפות של הקרח, גם אם לא מדעית 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שמראות הבנה של הטקסט: פינגווינים על החוף, קיץ עם שמש שלא שוקעת, בגדים חמים כמו מעיל וכפפות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היומן בקול לפני מילוי הדף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להיעזר במילון המושגים שבראש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את הכתיבה שלהם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אנטארקטיקה – יומן 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נוגה הגיעה באונייה לאנטארקטיקה. יש שם הרבה קרח ופינגווינים. נתרגל מילים ועובדות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אנטארקטיקה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היבשת הכי קרה בעולם, ליד הקוטב הדרומי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ענק של קרח שצף 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הפתוח שבחלק העליון של הספינה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תחנת מחקר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מדענים גרים וחוקרים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פינגווין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שלא עפה, הולכת וקופצת למים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אונייה גדולה שנוסעת 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שמסבירה ומובילה את הקבוצה בטיול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 כמעט לא שוקעת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תופעה בקיץ בקוטב, שבה נשאר אור גם בלילה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כתבה את היומן?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המדריכה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נוגה לבשה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 עבה, כפפות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מעיל קל בלי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נמצא רוב הקרחון?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נמצא מתחת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נמס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נמצא מעל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עשוי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הפינגווינים נכנסו 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אחרי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ביחד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נכנסו למים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אחד מהם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היה אור בלילה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עכשיו קיץ והשמש כמעט לא שוקעת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שם פנסים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הרבה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היה בבוקר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הספינה הגיעה לאנטארקטיקה ביום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הקרחון נראה מעל פני המים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הלכו בשורה על החוף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לנוגה היה קר רק בידיים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למחרת הם מתכננים להגיע לתחנת מחקר של מדענים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עמדה על ה__________ עם מעיל עבה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 ה__________ מסתתר מתחת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מאות __________ הלכו בשורה על החוף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עכשיו __________ באנטארקטיקה, והשמש כמעט לא שוקעת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יגיעו לתחנת __________ של מדענים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הפריט להסבר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מעיל עבה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 קרח ענק שצף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כפפות חמות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חום הגוף בקור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משקפי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מדענים חוקרים את הקוטב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מחממות את הידיים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תחנת מחקר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מגנות מהאור החזק שמחזיר הקרח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דמיוני שלכם באנטארקטיקה - מה הייתם רואים, מרגישים ולובשים?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רוב הקרחון נמצא מתחת למים ולא מעליו? נסו להסביר בעזרת הדמיון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ראינו על החוף באנטארקטיקה?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היה אור בחוץ גם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לקחת לטיול לאנטארקטיקה?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אנטארקטיקה – יומן 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