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אנטארקטיקה – יומן 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פרטים מתוך יומן מסע שקראו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אנטארקטיקה, קרחונים ופינגווינים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לקוטב הדרומי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מעיל עבה, כפפות וכובע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הוא נמצא מתחת 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אחד אחרי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כי עכשיו קיץ והשמש כמעט לא שוקעת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ביומן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רוב הקרחון מסתתר מתחת 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גם באף שלה היה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בסוף היומן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פינגווינים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הפריט להסבר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(שומר על חום הגוף בקור)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(מחממות את הידיים)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(מגנות מהאור החזק שמחזיר הקרח)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(הר קרח ענק שצף 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(מקום שבו מדענים חוקרים את הקוטב)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חושי עשיר, שימוש במילים מהיומן (קרחון, פינגווינים, קור), משפטים שלמים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הגיונית הקשורה לגודל ולצפיפות של הקרח, גם אם לא מדעית מדויקת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שמראות הבנה של הטקסט: פינגווינים על החוף, קיץ עם שמש שלא שוקעת, בגדים חמים כמו מעיל וכפפות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היומן בקול לפני מילוי הדף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לעודד תלמידים להיעזר במילון המושגים שבראש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לשתף את הכתיבה שלהם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אנטארקטיקה – יומן 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קראנו יומן מסע של נוגה שהגיעה באונייה לאנטארקטיקה. בדף הזה נתרגל את מה שלמדנו על הקרח, הפינגווינים והקיץ המיוחד שיש שם.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כתבה את יומן המסע שקראנו?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המדריכה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מדענית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לבשה נוגה כשעמדה על הסיפון?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מעיל עבה, כפפות וכובע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חולצה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מעיל קל בלי כפפות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לרוב הקרחון, לפי היומן?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נמצא מתחת 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נמס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נמצא מעל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עשוי מעץ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הפינגווינים קפצו למים?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 אחרי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ביחד בבת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לא נכנסו למים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אחד מהם קפץ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היה אור בחוץ גם בלילה?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עכשיו קיץ והשמש כמעט לא שוקעת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יש שם פנסים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הרבה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היה בבוקר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הספינה הגיעה לאנטארקטיקה ביום שלישי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הקרחון נראה מעל פני המים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הפינגווינים הלכו בשורה על החוף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לנוגה היה קר רק בידיים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למחרת הם מתכננים להגיע לתחנת מחקר של מדענים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נוגה עמדה על ה__________ עם מעיל עבה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רוב ה__________ מסתתר מתחת 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מאות __________ הלכו בשורה על החוף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עכשיו __________ באנטארקטיקה, והשמש כמעט לא שוקעת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מחר יגיעו לתחנת __________ של מדענים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הפריט להסבר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מעיל עבה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 קרח ענק שצף 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כפפות חמות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מגנות מהאור החזק שמחזיר הקרח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משקפי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שומר על חום הגוף בקור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קרחון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שבו מדענים חוקרים את הקוטב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תחנת מחקר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מחממות את הידיים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יום דמיוני שלכם באנטארקטיקה - מה הייתם רואים, מרגישים ולובשים?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רוב הקרחון נמצא מתחת למים ולא מעליו? נסו להסביר בעזרת הדמיון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ראינו על החוף באנטארקטיקה?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היה אור בחוץ גם בלילה?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לקחת לטיול לאנטארקטיקה?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אנטארקטיקה – יומן מסע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